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864265" w14:textId="09C840BE" w:rsidR="006D1573" w:rsidRPr="00580D06" w:rsidRDefault="00000000">
      <w:pPr>
        <w:pStyle w:val="Heading1"/>
        <w:rPr>
          <w:lang w:val="sv-SE"/>
        </w:rPr>
      </w:pPr>
      <w:proofErr w:type="spellStart"/>
      <w:r w:rsidRPr="00580D06">
        <w:rPr>
          <w:lang w:val="sv-SE"/>
        </w:rPr>
        <w:t>Karela</w:t>
      </w:r>
      <w:proofErr w:type="spellEnd"/>
      <w:r w:rsidRPr="00580D06">
        <w:rPr>
          <w:lang w:val="sv-SE"/>
        </w:rPr>
        <w:t xml:space="preserve"> (Bitter </w:t>
      </w:r>
      <w:proofErr w:type="spellStart"/>
      <w:r w:rsidRPr="00580D06">
        <w:rPr>
          <w:lang w:val="sv-SE"/>
        </w:rPr>
        <w:t>Gourd</w:t>
      </w:r>
      <w:proofErr w:type="spellEnd"/>
      <w:r w:rsidRPr="00580D06">
        <w:rPr>
          <w:lang w:val="sv-SE"/>
        </w:rPr>
        <w:t xml:space="preserve">) </w:t>
      </w:r>
      <w:proofErr w:type="spellStart"/>
      <w:r w:rsidRPr="00580D06">
        <w:rPr>
          <w:lang w:val="sv-SE"/>
        </w:rPr>
        <w:t>Recipe</w:t>
      </w:r>
      <w:proofErr w:type="spellEnd"/>
      <w:r w:rsidR="00580D06" w:rsidRPr="00580D06">
        <w:rPr>
          <w:lang w:val="sv-SE"/>
        </w:rPr>
        <w:t xml:space="preserve"> </w:t>
      </w:r>
    </w:p>
    <w:p w14:paraId="21ADD869" w14:textId="77777777" w:rsidR="006D1573" w:rsidRPr="00580D06" w:rsidRDefault="00000000">
      <w:pPr>
        <w:pStyle w:val="Heading2"/>
        <w:rPr>
          <w:lang w:val="sv-SE"/>
        </w:rPr>
      </w:pPr>
      <w:proofErr w:type="spellStart"/>
      <w:r w:rsidRPr="00580D06">
        <w:rPr>
          <w:lang w:val="sv-SE"/>
        </w:rPr>
        <w:t>Ingredients</w:t>
      </w:r>
      <w:proofErr w:type="spellEnd"/>
    </w:p>
    <w:p w14:paraId="25540512" w14:textId="77777777" w:rsidR="006D1573" w:rsidRPr="00580D06" w:rsidRDefault="00000000">
      <w:pPr>
        <w:rPr>
          <w:lang w:val="sv-SE"/>
        </w:rPr>
      </w:pPr>
      <w:r w:rsidRPr="00580D06">
        <w:rPr>
          <w:lang w:val="sv-SE"/>
        </w:rPr>
        <w:t xml:space="preserve">- ½ kilogram </w:t>
      </w:r>
      <w:proofErr w:type="spellStart"/>
      <w:r w:rsidRPr="00580D06">
        <w:rPr>
          <w:lang w:val="sv-SE"/>
        </w:rPr>
        <w:t>karela</w:t>
      </w:r>
      <w:proofErr w:type="spellEnd"/>
      <w:r w:rsidRPr="00580D06">
        <w:rPr>
          <w:lang w:val="sv-SE"/>
        </w:rPr>
        <w:t xml:space="preserve"> (bitter </w:t>
      </w:r>
      <w:proofErr w:type="spellStart"/>
      <w:r w:rsidRPr="00580D06">
        <w:rPr>
          <w:lang w:val="sv-SE"/>
        </w:rPr>
        <w:t>gourd</w:t>
      </w:r>
      <w:proofErr w:type="spellEnd"/>
      <w:r w:rsidRPr="00580D06">
        <w:rPr>
          <w:lang w:val="sv-SE"/>
        </w:rPr>
        <w:t>)</w:t>
      </w:r>
    </w:p>
    <w:p w14:paraId="23533D9C" w14:textId="77777777" w:rsidR="006D1573" w:rsidRDefault="00000000">
      <w:r>
        <w:t>- 2 large onions</w:t>
      </w:r>
    </w:p>
    <w:p w14:paraId="4B6F5ABE" w14:textId="77777777" w:rsidR="006D1573" w:rsidRDefault="00000000">
      <w:r>
        <w:t>- Salt to taste</w:t>
      </w:r>
    </w:p>
    <w:p w14:paraId="09F91965" w14:textId="77777777" w:rsidR="006D1573" w:rsidRDefault="00000000">
      <w:r>
        <w:t>- ½ teaspoon garam masala</w:t>
      </w:r>
    </w:p>
    <w:p w14:paraId="34500086" w14:textId="77777777" w:rsidR="006D1573" w:rsidRDefault="00000000">
      <w:r>
        <w:t>- ½ teaspoon red chili powder</w:t>
      </w:r>
    </w:p>
    <w:p w14:paraId="7C30DD6F" w14:textId="77777777" w:rsidR="006D1573" w:rsidRDefault="00000000">
      <w:r>
        <w:t>- ½ teaspoon coriander powder</w:t>
      </w:r>
    </w:p>
    <w:p w14:paraId="79ABD379" w14:textId="77777777" w:rsidR="006D1573" w:rsidRDefault="00000000">
      <w:r>
        <w:t>- Sundrop oil for frying</w:t>
      </w:r>
    </w:p>
    <w:p w14:paraId="4FDCB53A" w14:textId="77777777" w:rsidR="006D1573" w:rsidRDefault="00000000">
      <w:pPr>
        <w:pStyle w:val="Heading2"/>
      </w:pPr>
      <w:r>
        <w:t>Instructions</w:t>
      </w:r>
    </w:p>
    <w:p w14:paraId="61215E0A" w14:textId="77777777" w:rsidR="006D1573" w:rsidRDefault="00000000">
      <w:r>
        <w:t>- Wash the karela thoroughly and slice them.</w:t>
      </w:r>
    </w:p>
    <w:p w14:paraId="58219C05" w14:textId="77777777" w:rsidR="006D1573" w:rsidRDefault="00000000">
      <w:r>
        <w:t>- Sprinkle salt over the karela and let them rest to reduce bitterness. Rinse again.</w:t>
      </w:r>
    </w:p>
    <w:p w14:paraId="1C6B455C" w14:textId="63A8CF98" w:rsidR="006D1573" w:rsidRDefault="00000000">
      <w:r>
        <w:t xml:space="preserve">- Heat </w:t>
      </w:r>
      <w:r w:rsidR="00F63C69">
        <w:t>cooking</w:t>
      </w:r>
      <w:r>
        <w:t xml:space="preserve"> oil in a pan and fry the karela until golden brown.</w:t>
      </w:r>
    </w:p>
    <w:p w14:paraId="5A509038" w14:textId="77777777" w:rsidR="006D1573" w:rsidRDefault="00000000">
      <w:r>
        <w:t>- In the same pan, fry the chopped onions until soft.</w:t>
      </w:r>
    </w:p>
    <w:p w14:paraId="5FB99E37" w14:textId="77777777" w:rsidR="006D1573" w:rsidRDefault="00000000">
      <w:r>
        <w:t>- Add salt, garam masala, red chili powder, and coriander powder. Mix well.</w:t>
      </w:r>
    </w:p>
    <w:p w14:paraId="6EF79711" w14:textId="77777777" w:rsidR="006D1573" w:rsidRDefault="00000000">
      <w:r>
        <w:t>- Add the fried karela back into the pan and cook for a few more minutes so the flavors combine.</w:t>
      </w:r>
    </w:p>
    <w:p w14:paraId="2B6B6761" w14:textId="77777777" w:rsidR="006D1573" w:rsidRDefault="00000000">
      <w:r>
        <w:t>- Serve hot.</w:t>
      </w:r>
    </w:p>
    <w:p w14:paraId="5269C5FC" w14:textId="77777777" w:rsidR="006D1573" w:rsidRDefault="00000000">
      <w:pPr>
        <w:pStyle w:val="Heading2"/>
      </w:pPr>
      <w:r>
        <w:lastRenderedPageBreak/>
        <w:t>Photo of Karela Frying</w:t>
      </w:r>
    </w:p>
    <w:p w14:paraId="3EDD34E8" w14:textId="77777777" w:rsidR="006D1573" w:rsidRDefault="00000000">
      <w:r>
        <w:rPr>
          <w:noProof/>
        </w:rPr>
        <w:drawing>
          <wp:inline distT="0" distB="0" distL="0" distR="0" wp14:anchorId="5B44BD2C" wp14:editId="771A339F">
            <wp:extent cx="5029200" cy="6705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0F02939-4349-42C8-829E-6CAA4B1E966F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37263" w14:textId="77777777" w:rsidR="006D1573" w:rsidRDefault="00000000">
      <w:pPr>
        <w:pStyle w:val="Heading2"/>
      </w:pPr>
      <w:r>
        <w:lastRenderedPageBreak/>
        <w:t>Second Photo (Fried Karela)</w:t>
      </w:r>
    </w:p>
    <w:p w14:paraId="01880C19" w14:textId="77777777" w:rsidR="006D1573" w:rsidRDefault="00000000">
      <w:r>
        <w:rPr>
          <w:noProof/>
        </w:rPr>
        <w:drawing>
          <wp:inline distT="0" distB="0" distL="0" distR="0" wp14:anchorId="433B62FB" wp14:editId="58511990">
            <wp:extent cx="5029200" cy="6705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B0BD1A1C-81CF-4C07-A8CF-4C1666141D31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1573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70224431">
    <w:abstractNumId w:val="8"/>
  </w:num>
  <w:num w:numId="2" w16cid:durableId="1654797763">
    <w:abstractNumId w:val="6"/>
  </w:num>
  <w:num w:numId="3" w16cid:durableId="1952470472">
    <w:abstractNumId w:val="5"/>
  </w:num>
  <w:num w:numId="4" w16cid:durableId="1249576812">
    <w:abstractNumId w:val="4"/>
  </w:num>
  <w:num w:numId="5" w16cid:durableId="874151631">
    <w:abstractNumId w:val="7"/>
  </w:num>
  <w:num w:numId="6" w16cid:durableId="1788307670">
    <w:abstractNumId w:val="3"/>
  </w:num>
  <w:num w:numId="7" w16cid:durableId="73479678">
    <w:abstractNumId w:val="2"/>
  </w:num>
  <w:num w:numId="8" w16cid:durableId="921452327">
    <w:abstractNumId w:val="1"/>
  </w:num>
  <w:num w:numId="9" w16cid:durableId="6134434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5378CD"/>
    <w:rsid w:val="00580D06"/>
    <w:rsid w:val="006D1573"/>
    <w:rsid w:val="00AA1D8D"/>
    <w:rsid w:val="00B27F87"/>
    <w:rsid w:val="00B47730"/>
    <w:rsid w:val="00CB0664"/>
    <w:rsid w:val="00F63C69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BC86A8"/>
  <w14:defaultImageDpi w14:val="300"/>
  <w15:docId w15:val="{2C1FEC1C-8EE9-954D-B1CD-5BAFCA669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Ravinder Sehgal</cp:lastModifiedBy>
  <cp:revision>3</cp:revision>
  <dcterms:created xsi:type="dcterms:W3CDTF">2013-12-23T23:15:00Z</dcterms:created>
  <dcterms:modified xsi:type="dcterms:W3CDTF">2026-01-04T17:50:00Z</dcterms:modified>
  <cp:category/>
</cp:coreProperties>
</file>